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ДИАГНОСТИКА БИЗНЕСА TARMAQ</w:t>
      </w:r>
    </w:p>
    <w:p>
      <w:r>
        <w:rPr>
          <w:b/>
          <w:sz w:val="24"/>
        </w:rPr>
        <w:t>Анкета собственника / руководителя</w:t>
      </w:r>
    </w:p>
    <w:p>
      <w:r>
        <w:t>Можно заполнить самостоятельно или вместе с представителем TARMAQ. Цель анкеты — понять структуру бизнеса, путь клиента, документы, деньги, контроль, уязвимые места и определить, что действительно стоит автоматизировать.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E9EEF4"/>
          </w:tcPr>
          <w:p>
            <w:r>
              <w:t>Компания / бренд</w:t>
            </w:r>
          </w:p>
        </w:tc>
        <w:tc>
          <w:tcPr>
            <w:tcW w:type="dxa" w:w="5184"/>
          </w:tcPr>
          <w:p>
            <w:r>
              <w:t xml:space="preserve">  </w:t>
              <w:br/>
            </w:r>
          </w:p>
        </w:tc>
      </w:tr>
      <w:tr>
        <w:tc>
          <w:tcPr>
            <w:tcW w:type="dxa" w:w="5184"/>
            <w:shd w:fill="E9EEF4"/>
          </w:tcPr>
          <w:p>
            <w:r>
              <w:t>ФИО владельца / руководителя</w:t>
            </w:r>
          </w:p>
        </w:tc>
        <w:tc>
          <w:tcPr>
            <w:tcW w:type="dxa" w:w="5184"/>
          </w:tcPr>
          <w:p>
            <w:r>
              <w:t xml:space="preserve">  </w:t>
              <w:br/>
            </w:r>
          </w:p>
        </w:tc>
      </w:tr>
      <w:tr>
        <w:tc>
          <w:tcPr>
            <w:tcW w:type="dxa" w:w="5184"/>
            <w:shd w:fill="E9EEF4"/>
          </w:tcPr>
          <w:p>
            <w:r>
              <w:t>Телефон / WhatsApp</w:t>
            </w:r>
          </w:p>
        </w:tc>
        <w:tc>
          <w:tcPr>
            <w:tcW w:type="dxa" w:w="5184"/>
          </w:tcPr>
          <w:p>
            <w:r>
              <w:t xml:space="preserve">  </w:t>
              <w:br/>
            </w:r>
          </w:p>
        </w:tc>
      </w:tr>
      <w:tr>
        <w:tc>
          <w:tcPr>
            <w:tcW w:type="dxa" w:w="5184"/>
            <w:shd w:fill="E9EEF4"/>
          </w:tcPr>
          <w:p>
            <w:r>
              <w:t>Дата диагностики</w:t>
            </w:r>
          </w:p>
        </w:tc>
        <w:tc>
          <w:tcPr>
            <w:tcW w:type="dxa" w:w="5184"/>
          </w:tcPr>
          <w:p>
            <w:r>
              <w:t xml:space="preserve">  </w:t>
              <w:br/>
            </w:r>
          </w:p>
        </w:tc>
      </w:tr>
    </w:tbl>
    <w:p/>
    <w:p>
      <w:pPr>
        <w:pStyle w:val="Heading1"/>
      </w:pPr>
      <w:r>
        <w:t>1. Структура бизнеса</w:t>
      </w:r>
    </w:p>
    <w:p>
      <w:pPr>
        <w:spacing w:after="40"/>
      </w:pPr>
      <w:r>
        <w:rPr>
          <w:b/>
        </w:rPr>
        <w:t>□ Чем занимается компания? Перечислите все направления деятельности.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Сколько филиалов, точек, офисов, складов или производственных площадок?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Какие направления работают независимо друг от друга, а какие связаны?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Сколько сотрудников? Какие основные роли: продажи, администраторы, производство, исполнители, бухгалтерия, склад, доставка?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Кто принимает ключевые решения? Кто замещает владельца?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Есть ли сезонность, пиковые дни/часы, разные графики работы?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Какие 3 показателя владелец хотел бы видеть на телефоне каждый день?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1"/>
      </w:pPr>
      <w:r>
        <w:t>2. Клиенты и входящие обращения</w:t>
      </w:r>
    </w:p>
    <w:p>
      <w:pPr>
        <w:spacing w:after="40"/>
      </w:pPr>
      <w:r>
        <w:rPr>
          <w:b/>
        </w:rPr>
        <w:t>□ Откуда приходят клиенты: звонки, WhatsApp, Instagram, сайт, 2GIS, реклама, рекомендации, маркетплейсы, офлайн?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Где фиксируется новая заявка? Кто отвечает первым?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Есть ли единый номер/аккаунт или обращения разбросаны по личным телефонам сотрудников?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Как определяется ответственный за клиента?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Есть ли норматив времени первого ответа? Кто контролирует просрочки?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Сколько обращений приходит в день / неделю / месяц?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Сколько заявок не получают ответ вовремя?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Сколько клиентов остались без обслуживания за последний месяц? Если не знаете — почему это невозможно посчитать?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Что происходит с клиентом, который спросил цену и пропал?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Есть ли повторные продажи, напоминания, база постоянных клиентов?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1"/>
      </w:pPr>
      <w:r>
        <w:t>3. Путь заказа / сделки</w:t>
      </w:r>
    </w:p>
    <w:p>
      <w:pPr>
        <w:spacing w:after="40"/>
      </w:pPr>
      <w:r>
        <w:rPr>
          <w:b/>
        </w:rPr>
        <w:t>□ Опишите путь клиента от первого обращения до получения товара/услуги.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Какие статусы проходит заказ? Кто меняет статус?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Где сейчас видно, на каком этапе каждый заказ?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Какие этапы чаще всего задерживаются или забываются?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Кто контролирует сроки и обещания клиенту?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Есть ли замеры, диагностика, согласование, производство, доставка, монтаж, выдача?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Нужны ли фото, файлы, комментарии и история изменений внутри карточки заказа?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Нужно ли клиенту самостоятельно видеть статус заказа?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1"/>
      </w:pPr>
      <w:r>
        <w:t>4. Документы</w:t>
      </w:r>
    </w:p>
    <w:p>
      <w:pPr>
        <w:spacing w:after="40"/>
      </w:pPr>
      <w:r>
        <w:rPr>
          <w:b/>
        </w:rPr>
        <w:t>□ Какие документы нужны по клиенту/заказу: договор, счет, акт, накладная, техзадание, согласие, фото, доверенность и др.?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Все ли необходимые документы предоставлены по каждому действующему заказу?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Как сейчас проверяется комплектность документов?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Кто отвечает за отсутствующие документы?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Где хранятся сканы и оригиналы? Можно ли найти полный комплект по клиенту за 1 минуту?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Нужны ли шаблоны документов и автоматическое заполнение реквизитов?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Есть ли документы со сроком действия, которые нужно контролировать?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1"/>
      </w:pPr>
      <w:r>
        <w:t>5. Деньги и оплаты</w:t>
      </w:r>
    </w:p>
    <w:p>
      <w:pPr>
        <w:spacing w:after="40"/>
      </w:pPr>
      <w:r>
        <w:rPr>
          <w:b/>
        </w:rPr>
        <w:t>□ Какие способы оплаты используются? Есть ли предоплата, этапные платежи, рассрочка?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Где фиксируется сумма заказа, себестоимость, скидка, прибыль?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Кто видит финансовые показатели?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Как контролируются неоплаченные счета и долги?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Есть ли возвраты, отмены, частичные оплаты?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Нужно ли собственнику видеть выручку, дебиторку, средний чек, маржу, план/факт?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1"/>
      </w:pPr>
      <w:r>
        <w:t>6. Сотрудники и ответственность</w:t>
      </w:r>
    </w:p>
    <w:p>
      <w:pPr>
        <w:spacing w:after="40"/>
      </w:pPr>
      <w:r>
        <w:rPr>
          <w:b/>
        </w:rPr>
        <w:t>□ Как сотрудник получает задачу? Где видит срок?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Можно ли сейчас определить, кто отвечает за конкретную задержку?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Как контролируются выполненные/просроченные задачи?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Есть ли сотрудники с доступом только к своим клиентам/объектам?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Какие действия должны быть доступны только владельцу/руководителю?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Как передаются дела при отпуске/увольнении сотрудника?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Есть ли KPI и какие показатели реально используются?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1"/>
      </w:pPr>
      <w:r>
        <w:t>7. Товары, услуги, склад, производство</w:t>
      </w:r>
    </w:p>
    <w:p>
      <w:pPr>
        <w:spacing w:after="40"/>
      </w:pPr>
      <w:r>
        <w:rPr>
          <w:b/>
        </w:rPr>
        <w:t>□ Есть ли каталог товаров/услуг и единые цены?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Есть ли складские остатки, резервирование, закупки, поставщики?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Нужно ли вести себестоимость и прибыль по заказу?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Есть ли производство/комплектация? Какие стадии нужно контролировать?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Есть ли доставка/монтаж/выездные сотрудники? Нужно ли распределять адреса и время?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Какие данные чаще всего приходится перепроверять вручную?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1"/>
      </w:pPr>
      <w:r>
        <w:t>8. Текущие программы и каналы</w:t>
      </w:r>
    </w:p>
    <w:p>
      <w:pPr>
        <w:spacing w:after="40"/>
      </w:pPr>
      <w:r>
        <w:rPr>
          <w:b/>
        </w:rPr>
        <w:t>□ Какими системами пользуетесь сейчас: Excel/Google Sheets, 1С, CRM, ERP, телефония, WhatsApp, Telegram, Instagram, календарь?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Что в текущих системах нравится и что раздражает?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Какие данные приходится вводить дважды?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Какие системы обязательно нужно сохранить или интегрировать?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Есть ли сайт? Что происходит после отправки формы на сайте?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Есть ли рекламные кабинеты и понимаете ли вы, какая реклама приводит оплаченных клиентов?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1"/>
      </w:pPr>
      <w:r>
        <w:t>9. Контроль собственника</w:t>
      </w:r>
    </w:p>
    <w:p>
      <w:pPr>
        <w:spacing w:after="40"/>
      </w:pPr>
      <w:r>
        <w:rPr>
          <w:b/>
        </w:rPr>
        <w:t>□ Что вы обычно спрашиваете у сотрудников, чтобы понять состояние бизнеса?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Какие данные вы не можете получить без звонка/переписки сотруднику?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Можете ли сейчас с телефона увидеть: новые заявки, просрочки, заказы в работе, оплаты, долги, загрузку сотрудников?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Что происходит в бизнесе, когда вас нет 2-3 дня?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Если направлений несколько: видите ли вы их одновременно в одном месте?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И так может быть во всех направлениях: где сегодня существует самый большой риск потери клиента, денег или контроля?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1"/>
      </w:pPr>
      <w:r>
        <w:t>10. Уязвимые места</w:t>
      </w:r>
    </w:p>
    <w:p>
      <w:pPr>
        <w:spacing w:after="40"/>
      </w:pPr>
      <w:r>
        <w:rPr>
          <w:b/>
        </w:rPr>
        <w:t>□ Назовите три ситуации, которые чаще всего приводят к потере клиента.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Где чаще всего возникает человеческая ошибка?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Что зависит от памяти конкретного сотрудника?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Какие процессы невозможно проверить задним числом?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Какие действия сотрудника должны оставлять историю?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Что произойдет, если завтра ключевой сотрудник не выйдет на работу?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Какая одна проблема сейчас обходится бизнесу дороже всего?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1"/>
      </w:pPr>
      <w:r>
        <w:t>11. Что должен делать TARMAQ</w:t>
      </w:r>
    </w:p>
    <w:p>
      <w:pPr>
        <w:spacing w:after="40"/>
      </w:pPr>
      <w:r>
        <w:rPr>
          <w:b/>
        </w:rPr>
        <w:t>□ Что вы хотите автоматизировать в первую очередь?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Какие уведомления нужны владельцу, сотруднику, клиенту?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Какие отчеты нужны ежедневно / еженедельно / ежемесячно?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Что обязательно должно работать с телефона?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Нужен ли личный кабинет клиента?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Нужны ли разные уровни доступа?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spacing w:after="40"/>
      </w:pPr>
      <w:r>
        <w:rPr>
          <w:b/>
        </w:rPr>
        <w:t>□ Какие функции будут означать для вас: «система окупается»?</w:t>
      </w:r>
    </w:p>
    <w:p>
      <w:r>
        <w:t>Ответ / пометки: 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1"/>
      </w:pPr>
      <w:r>
        <w:t>12. Итог собственника</w:t>
      </w:r>
    </w:p>
    <w:p>
      <w:r>
        <w:rPr>
          <w:b/>
        </w:rPr>
        <w:t>Что меня больше всего раздражает в текущей работе бизнеса?</w:t>
      </w:r>
    </w:p>
    <w:p>
      <w:r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r>
        <w:rPr>
          <w:b/>
        </w:rPr>
        <w:t>Что я хочу перестать контролировать вручную?</w:t>
      </w:r>
    </w:p>
    <w:p>
      <w:r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r>
        <w:rPr>
          <w:b/>
        </w:rPr>
        <w:t>Что я хочу видеть на одном экране?</w:t>
      </w:r>
    </w:p>
    <w:p>
      <w:r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r>
        <w:rPr>
          <w:b/>
        </w:rPr>
        <w:t>Каким должен быть результат через 30 дней после внедрения?</w:t>
      </w:r>
    </w:p>
    <w:p>
      <w:r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1"/>
      </w:pPr>
      <w:r>
        <w:t>Заметки TARMAQ (заполняет представитель)</w:t>
      </w:r>
    </w:p>
    <w:p>
      <w:r>
        <w:t>Предварительная конфигурация / модули:</w:t>
        <w:br/>
        <w:br/>
        <w:t>____________________________________________________________________________________________________</w:t>
        <w:br/>
        <w:br/>
        <w:t>Критические уязвимости:</w:t>
        <w:br/>
        <w:br/>
        <w:t>____________________________________________________________________________________________________</w:t>
        <w:br/>
        <w:br/>
        <w:t>Следующий шаг / дата:</w:t>
        <w:br/>
        <w:br/>
        <w:t>____________________________________________________________________________________________________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6"/>
      </w:rPr>
      <w:t>TARMAQ  |  Данияр Жамбылулы  |  +7 701 274 4848  |  itnstelecom@gmail.com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A254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07823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A254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